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Al-Zahraa CMS Upload Test</w:t>
      </w:r>
    </w:p>
    <w:p>
      <w:r>
        <w:t>ملف Word للتجربة في رفع الملفات.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